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F78E3D"/>
          <w:sz w:val="32"/>
        </w:rPr>
        <w:t>Modèle d'e-mail de relance courtoise (relance n° 1)</w:t>
      </w:r>
    </w:p>
    <w:p>
      <w:r>
        <w:rPr>
          <w:b w:val="0"/>
          <w:i/>
          <w:color w:val="6B7280"/>
          <w:sz w:val="19"/>
        </w:rPr>
        <w:t>Quand l'envoyer : quelques jours après la date d'échéance, une fois vérifié que le paiement n'est pas arrivé. Ton cordial : à ce stade, c'est le plus souvent un oubli. Remplacez les éléments entre crochets, joignez la facture en PDF, puis supprimez cette note.</w:t>
      </w:r>
    </w:p>
    <w:p>
      <w:r>
        <w:rPr>
          <w:b w:val="0"/>
          <w:i/>
          <w:color w:val="6B7280"/>
          <w:sz w:val="19"/>
        </w:rPr>
        <w:t>Avec Yoyolo, le bouton « Relancer » de la liste des factures ouvre un e-mail pré-rempli et modifiable (lien « Voir la facture » + PDF), dans lequel vous pouvez coller ce modèle avant l'envoi en un clic ; Yoyolo compte les relances et enregistre la date de la dernière.</w:t>
      </w:r>
    </w:p>
    <w:p>
      <w:pPr>
        <w:spacing w:before="200" w:after="80"/>
      </w:pPr>
      <w:r>
        <w:rPr>
          <w:b/>
          <w:sz w:val="24"/>
        </w:rPr>
        <w:t>Modèle</w:t>
      </w:r>
    </w:p>
    <w:p>
      <w:r>
        <w:rPr>
          <w:b/>
          <w:i w:val="0"/>
        </w:rPr>
        <w:t xml:space="preserve">Objet : </w:t>
      </w:r>
      <w:r>
        <w:rPr>
          <w:b w:val="0"/>
          <w:i w:val="0"/>
        </w:rPr>
        <w:t>Relance – Facture n° [numéro de facture] du [date] – [montant TTC]</w:t>
      </w:r>
    </w:p>
    <w:p>
      <w:r>
        <w:rPr>
          <w:b w:val="0"/>
          <w:i w:val="0"/>
        </w:rPr>
        <w:t>Bonjour [Nom du client],</w:t>
      </w:r>
    </w:p>
    <w:p>
      <w:r>
        <w:rPr>
          <w:b w:val="0"/>
          <w:i w:val="0"/>
        </w:rPr>
        <w:t>Sauf erreur de ma part, je n'ai pas encore reçu le règlement de la facture n° [numéro de facture] du [date], d'un montant de [montant TTC], arrivée à échéance le [date d'échéance]. Vous la trouverez en pièce jointe.</w:t>
      </w:r>
    </w:p>
    <w:p>
      <w:r>
        <w:rPr>
          <w:b w:val="0"/>
          <w:i w:val="0"/>
        </w:rPr>
        <w:t>Il s'agit peut-être d'un simple oubli. Vous pouvez la régler par virement (coordonnées bancaires sur la facture) ou en ligne par carte bancaire : [lien de paiement]</w:t>
      </w:r>
    </w:p>
    <w:p>
      <w:r>
        <w:rPr>
          <w:b w:val="0"/>
          <w:i w:val="0"/>
        </w:rPr>
        <w:t>Si le paiement a déjà été effectué, merci de ne pas tenir compte de ce message. Si vous rencontrez une difficulté, je reste disponible pour en parler.</w:t>
      </w:r>
    </w:p>
    <w:p>
      <w:r>
        <w:rPr>
          <w:b w:val="0"/>
          <w:i w:val="0"/>
        </w:rPr>
        <w:t>Bien cordialement,</w:t>
      </w:r>
    </w:p>
    <w:p>
      <w:pPr>
        <w:spacing w:after="0"/>
      </w:pPr>
      <w:r>
        <w:rPr>
          <w:b/>
          <w:i w:val="0"/>
        </w:rPr>
        <w:t>[Votre nom]</w:t>
      </w:r>
    </w:p>
    <w:p>
      <w:pPr>
        <w:spacing w:after="0"/>
      </w:pPr>
      <w:r>
        <w:rPr>
          <w:b w:val="0"/>
          <w:i w:val="0"/>
        </w:rPr>
        <w:t>[Votre entreprise]</w:t>
      </w:r>
    </w:p>
    <w:p>
      <w:pPr>
        <w:spacing w:after="0"/>
      </w:pPr>
      <w:r>
        <w:rPr>
          <w:b w:val="0"/>
          <w:i w:val="0"/>
        </w:rPr>
        <w:t>[Téléphone]</w:t>
      </w:r>
    </w:p>
    <w:p/>
    <w:p>
      <w:r>
        <w:br w:type="page"/>
      </w:r>
    </w:p>
    <w:p>
      <w:pPr>
        <w:spacing w:before="200" w:after="80"/>
      </w:pPr>
      <w:r>
        <w:rPr>
          <w:b/>
          <w:sz w:val="24"/>
        </w:rPr>
        <w:t>Exemple rempli</w:t>
      </w:r>
    </w:p>
    <w:p>
      <w:r>
        <w:rPr>
          <w:b w:val="0"/>
          <w:i/>
          <w:color w:val="6B7280"/>
          <w:sz w:val="19"/>
        </w:rPr>
        <w:t>Situation : facture F-2026-117 du 02/09/2026 (Réfection de l'installation électrique du local, rue des Forges), 840,00 € TTC, échéance 02/10/2026. Relance n° 1 envoyée le 06/10/2026.</w:t>
      </w:r>
    </w:p>
    <w:p>
      <w:r>
        <w:rPr>
          <w:b/>
          <w:i w:val="0"/>
        </w:rPr>
        <w:t xml:space="preserve">Objet : </w:t>
      </w:r>
      <w:r>
        <w:rPr>
          <w:b w:val="0"/>
          <w:i w:val="0"/>
        </w:rPr>
        <w:t>Relance – Facture n° F-2026-117 du 02/09/2026 – 840,00 € TTC</w:t>
      </w:r>
    </w:p>
    <w:p>
      <w:r>
        <w:rPr>
          <w:b w:val="0"/>
          <w:i w:val="0"/>
        </w:rPr>
        <w:t>Bonjour Madame, Monsieur (SARL Bâti Nord),</w:t>
      </w:r>
    </w:p>
    <w:p>
      <w:r>
        <w:rPr>
          <w:b w:val="0"/>
          <w:i w:val="0"/>
        </w:rPr>
        <w:t>Sauf erreur de ma part, je n'ai pas encore reçu le règlement de la facture n° F-2026-117 du 02/09/2026, d'un montant de 840,00 € TTC, arrivée à échéance le 02/10/2026. Vous la trouverez en pièce jointe.</w:t>
      </w:r>
    </w:p>
    <w:p>
      <w:r>
        <w:rPr>
          <w:b w:val="0"/>
          <w:i w:val="0"/>
        </w:rPr>
        <w:t>Il s'agit peut-être d'un simple oubli. Vous pouvez la régler par virement (coordonnées bancaires sur la facture) ou en ligne par carte bancaire : https://www.example.com/paiement/F-2026-117</w:t>
      </w:r>
    </w:p>
    <w:p>
      <w:r>
        <w:rPr>
          <w:b w:val="0"/>
          <w:i w:val="0"/>
        </w:rPr>
        <w:t>Si le paiement a déjà été effectué, merci de ne pas tenir compte de ce message. Si vous rencontrez une difficulté, je reste disponible pour en parler.</w:t>
      </w:r>
    </w:p>
    <w:p>
      <w:r>
        <w:rPr>
          <w:b w:val="0"/>
          <w:i w:val="0"/>
        </w:rPr>
        <w:t>Bien cordialement,</w:t>
      </w:r>
    </w:p>
    <w:p>
      <w:pPr>
        <w:spacing w:after="0"/>
      </w:pPr>
      <w:r>
        <w:rPr>
          <w:b/>
          <w:i w:val="0"/>
        </w:rPr>
        <w:t>Karim Lefèvre — Lefèvre Électricité</w:t>
      </w:r>
    </w:p>
    <w:p>
      <w:pPr>
        <w:spacing w:after="0"/>
      </w:pPr>
      <w:r>
        <w:rPr>
          <w:b w:val="0"/>
          <w:i w:val="0"/>
        </w:rPr>
        <w:t>Tél. 06 12 34 56 78</w:t>
      </w:r>
    </w:p>
    <w:p>
      <w:pPr>
        <w:spacing w:after="0"/>
      </w:pPr>
      <w:r>
        <w:rPr>
          <w:b w:val="0"/>
          <w:i w:val="0"/>
        </w:rPr>
        <w:t>contact@lefevre-electricite.fr</w:t>
      </w:r>
    </w:p>
    <w:p/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6B7280"/>
        <w:sz w:val="16"/>
      </w:rPr>
      <w:t>Modèle offert par Yoyolo — https://yoyolo.co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